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 w:val="0"/>
          <w:i w:val="0"/>
          <w:color w:val="666666"/>
          <w:sz w:val="18"/>
        </w:rPr>
        <w:t>FLUTTER PACKAGE · BLUEDEV.IN</w:t>
      </w:r>
    </w:p>
    <w:p>
      <w:pPr>
        <w:spacing w:after="120"/>
      </w:pPr>
      <w:r>
        <w:rPr>
          <w:rFonts w:ascii="Calibri" w:hAnsi="Calibri"/>
          <w:b/>
          <w:color w:val="0A0A0A"/>
          <w:sz w:val="52"/>
        </w:rPr>
        <w:t>Gradient Color &amp; Styles</w:t>
      </w:r>
    </w:p>
    <w:p>
      <w:pPr>
        <w:spacing w:before="0" w:after="200"/>
      </w:pPr>
      <w:r>
        <w:rPr>
          <w:rFonts w:ascii="Calibri" w:hAnsi="Calibri"/>
          <w:b/>
          <w:i/>
          <w:color w:val="666666"/>
          <w:sz w:val="25"/>
        </w:rPr>
        <w:t>Gradient-aware versions of Flutter's everyday widgets, plus a library of preset gradients.</w:t>
      </w:r>
    </w:p>
    <w:p>
      <w:pPr>
        <w:spacing w:after="280"/>
      </w:pPr>
      <w:r>
        <w:rPr>
          <w:rFonts w:ascii="Calibri" w:hAnsi="Calibri"/>
          <w:color w:val="666666"/>
          <w:sz w:val="19"/>
        </w:rPr>
        <w:t>Version 1.0.1   ·   License: MIT   ·   Platforms: Android, iOS, Linux, macOS, Web, Windows</w:t>
      </w:r>
    </w:p>
    <w:p>
      <w:pPr>
        <w:spacing w:after="80"/>
        <w:pBdr>
          <w:bottom w:val="single" w:sz="6" w:space="4" w:color="0A0A0A"/>
        </w:pBdr>
      </w:pP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Overview</w:t>
      </w:r>
    </w:p>
    <w:p>
      <w:pPr>
        <w:spacing w:after="240"/>
      </w:pPr>
      <w:r>
        <w:rPr>
          <w:color w:val="0A0A0A"/>
          <w:sz w:val="22"/>
        </w:rPr>
        <w:t>Applying a gradient to a container is easy in Flutter; applying one consistently to text, buttons, sliders, app bars and progress indicators is not. gradient_color_and_styles wraps the widgets you already use with gradient support and a library of preset gradients, plus transforms like reversal, rotation, tinting and brightness or saturation adjustment.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Features</w:t>
      </w:r>
    </w:p>
    <w:p>
      <w:pPr>
        <w:pStyle w:val="ListBullet"/>
        <w:spacing w:after="80"/>
      </w:pPr>
      <w:r>
        <w:rPr>
          <w:color w:val="0A0A0A"/>
          <w:sz w:val="22"/>
        </w:rPr>
        <w:t>Gradient containers, cards, buttons and floating action buttons</w:t>
      </w:r>
    </w:p>
    <w:p>
      <w:pPr>
        <w:pStyle w:val="ListBullet"/>
        <w:spacing w:after="80"/>
      </w:pPr>
      <w:r>
        <w:rPr>
          <w:color w:val="0A0A0A"/>
          <w:sz w:val="22"/>
        </w:rPr>
        <w:t>Gradient text and icon fills</w:t>
      </w:r>
    </w:p>
    <w:p>
      <w:pPr>
        <w:pStyle w:val="ListBullet"/>
        <w:spacing w:after="80"/>
      </w:pPr>
      <w:r>
        <w:rPr>
          <w:color w:val="0A0A0A"/>
          <w:sz w:val="22"/>
        </w:rPr>
        <w:t>Gradient AppBar and TabBar</w:t>
      </w:r>
    </w:p>
    <w:p>
      <w:pPr>
        <w:pStyle w:val="ListBullet"/>
        <w:spacing w:after="80"/>
      </w:pPr>
      <w:r>
        <w:rPr>
          <w:color w:val="0A0A0A"/>
          <w:sz w:val="22"/>
        </w:rPr>
        <w:t>Gradient sliders, progress indicators, dividers and toggle switches</w:t>
      </w:r>
    </w:p>
    <w:p>
      <w:pPr>
        <w:pStyle w:val="ListBullet"/>
        <w:spacing w:after="80"/>
      </w:pPr>
      <w:r>
        <w:rPr>
          <w:color w:val="0A0A0A"/>
          <w:sz w:val="22"/>
        </w:rPr>
        <w:t>Linear, radial and sweep gradient types</w:t>
      </w:r>
    </w:p>
    <w:p>
      <w:pPr>
        <w:pStyle w:val="ListBullet"/>
        <w:spacing w:after="80"/>
      </w:pPr>
      <w:r>
        <w:rPr>
          <w:color w:val="0A0A0A"/>
          <w:sz w:val="22"/>
        </w:rPr>
        <w:t>Preset gradient library, plus reversal, rotation, tint and brightness/saturation transforms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Installation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PUBSPEC.YAML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dependencies:</w:t>
        <w:br/>
      </w:r>
      <w:r>
        <w:rPr>
          <w:rFonts w:ascii="Consolas" w:hAnsi="Consolas"/>
          <w:color w:val="0A0A0A"/>
          <w:sz w:val="19"/>
        </w:rPr>
        <w:t xml:space="preserve">  gradient_color_and_styles: ^1.0.1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OR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flutter pub add gradient_color_and_styles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Usage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DART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import 'package:gradient_color_and_styles/gradient_color_and_styles.dart';</w:t>
        <w:br/>
      </w:r>
      <w:r>
        <w:rPr>
          <w:rFonts w:ascii="Consolas" w:hAnsi="Consolas"/>
          <w:color w:val="0A0A0A"/>
          <w:sz w:val="19"/>
        </w:rPr>
        <w:t xml:space="preserve"> </w:t>
        <w:br/>
      </w:r>
      <w:r>
        <w:rPr>
          <w:rFonts w:ascii="Consolas" w:hAnsi="Consolas"/>
          <w:color w:val="0A0A0A"/>
          <w:sz w:val="19"/>
        </w:rPr>
        <w:t>GradientContainer(</w:t>
        <w:br/>
      </w:r>
      <w:r>
        <w:rPr>
          <w:rFonts w:ascii="Consolas" w:hAnsi="Consolas"/>
          <w:color w:val="0A0A0A"/>
          <w:sz w:val="19"/>
        </w:rPr>
        <w:t xml:space="preserve">  gradient: PresetGradients.sunset,</w:t>
        <w:br/>
      </w:r>
      <w:r>
        <w:rPr>
          <w:rFonts w:ascii="Consolas" w:hAnsi="Consolas"/>
          <w:color w:val="0A0A0A"/>
          <w:sz w:val="19"/>
        </w:rPr>
        <w:t xml:space="preserve">  height: 100,</w:t>
        <w:br/>
      </w:r>
      <w:r>
        <w:rPr>
          <w:rFonts w:ascii="Consolas" w:hAnsi="Consolas"/>
          <w:color w:val="0A0A0A"/>
          <w:sz w:val="19"/>
        </w:rPr>
        <w:t xml:space="preserve">  borderRadius: BorderRadius.circular(16),</w:t>
        <w:br/>
      </w:r>
      <w:r>
        <w:rPr>
          <w:rFonts w:ascii="Consolas" w:hAnsi="Consolas"/>
          <w:color w:val="0A0A0A"/>
          <w:sz w:val="19"/>
        </w:rPr>
        <w:t xml:space="preserve">  child: Center(child: Text('Sunset Gradient')),</w:t>
        <w:br/>
      </w:r>
      <w:r>
        <w:rPr>
          <w:rFonts w:ascii="Consolas" w:hAnsi="Consolas"/>
          <w:color w:val="0A0A0A"/>
          <w:sz w:val="19"/>
        </w:rPr>
        <w:t>)</w:t>
      </w:r>
    </w:p>
    <w:p>
      <w:pPr>
        <w:spacing w:after="200"/>
      </w:pPr>
      <w:r>
        <w:rPr>
          <w:b/>
          <w:color w:val="0A0A0A"/>
          <w:sz w:val="21"/>
        </w:rPr>
        <w:t xml:space="preserve">Note: </w:t>
      </w:r>
      <w:r>
        <w:rPr>
          <w:i/>
          <w:color w:val="666666"/>
          <w:sz w:val="21"/>
        </w:rPr>
        <w:t>Requires Flutter SDK ^3.8.0 and Dart SDK ^3.8.0.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Links</w:t>
      </w:r>
    </w:p>
    <w:p>
      <w:pPr>
        <w:spacing w:after="80"/>
      </w:pPr>
      <w:r>
        <w:rPr>
          <w:sz w:val="21"/>
        </w:rPr>
        <w:t xml:space="preserve">pub.dev:  </w:t>
      </w:r>
      <w:hyperlink r:id="rId9">
        <w:r>
          <w:rPr>
            <w:rFonts w:ascii="Calibri"/>
            <w:color w:val="0A0A0A"/>
            <w:u w:val="single"/>
          </w:rPr>
          <w:t>pub.dev/packages/gradient_color_and_styles</w:t>
        </w:r>
      </w:hyperlink>
    </w:p>
    <w:p>
      <w:pPr>
        <w:spacing w:after="80"/>
      </w:pPr>
      <w:r>
        <w:rPr>
          <w:sz w:val="21"/>
        </w:rPr>
        <w:t xml:space="preserve">Source:  </w:t>
      </w:r>
      <w:hyperlink r:id="rId10">
        <w:r>
          <w:rPr>
            <w:rFonts w:ascii="Calibri"/>
            <w:color w:val="0A0A0A"/>
            <w:u w:val="single"/>
          </w:rPr>
          <w:t>github.com/bluedev-in/gradient_color_and_styles</w:t>
        </w:r>
      </w:hyperlink>
    </w:p>
    <w:p>
      <w:pPr>
        <w:spacing w:after="80"/>
      </w:pPr>
      <w:r>
        <w:rPr>
          <w:sz w:val="21"/>
        </w:rPr>
        <w:t xml:space="preserve">Full write-up:  </w:t>
      </w:r>
      <w:hyperlink r:id="rId11">
        <w:r>
          <w:rPr>
            <w:rFonts w:ascii="Calibri"/>
            <w:color w:val="0A0A0A"/>
            <w:u w:val="single"/>
          </w:rPr>
          <w:t>bluedev.in/flutter/packages/gradient-color-and-styles.html</w:t>
        </w:r>
      </w:hyperlink>
    </w:p>
    <w:p>
      <w:pPr>
        <w:spacing w:before="400" w:after="120"/>
        <w:pBdr>
          <w:top w:val="single" w:sz="4" w:space="4" w:color="E4E4E4"/>
        </w:pBdr>
      </w:pPr>
    </w:p>
    <w:p>
      <w:r>
        <w:rPr>
          <w:color w:val="666666"/>
          <w:sz w:val="17"/>
        </w:rPr>
        <w:t>Generated by bluedev.in · 21 August 2026 · Software, application development &amp; open source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A0A0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ub.dev/packages/gradient_color_and_styles" TargetMode="External"/><Relationship Id="rId10" Type="http://schemas.openxmlformats.org/officeDocument/2006/relationships/hyperlink" Target="https://github.com/bluedev-in/gradient_color_and_styles" TargetMode="External"/><Relationship Id="rId11" Type="http://schemas.openxmlformats.org/officeDocument/2006/relationships/hyperlink" Target="https://bluedev.in/flutter/packages/gradient-color-and-styl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Gradient Color &amp; Styles — bluedev.in</dc:title>
  <dc:subject>Gradient-aware versions of Flutter's everyday widgets, plus a library of preset gradients.</dc:subject>
  <dc:creator>bluedev.in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