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Calibri" w:hAnsi="Calibri"/>
          <w:b w:val="0"/>
          <w:i w:val="0"/>
          <w:color w:val="666666"/>
          <w:sz w:val="18"/>
        </w:rPr>
        <w:t>FLUTTER PACKAGE · BLUEDEV.IN</w:t>
      </w:r>
    </w:p>
    <w:p>
      <w:pPr>
        <w:spacing w:after="120"/>
      </w:pPr>
      <w:r>
        <w:rPr>
          <w:rFonts w:ascii="Calibri" w:hAnsi="Calibri"/>
          <w:b/>
          <w:color w:val="0A0A0A"/>
          <w:sz w:val="52"/>
        </w:rPr>
        <w:t>Generate Signin Key</w:t>
      </w:r>
    </w:p>
    <w:p>
      <w:pPr>
        <w:spacing w:before="0" w:after="200"/>
      </w:pPr>
      <w:r>
        <w:rPr>
          <w:rFonts w:ascii="Calibri" w:hAnsi="Calibri"/>
          <w:b/>
          <w:i/>
          <w:color w:val="666666"/>
          <w:sz w:val="25"/>
        </w:rPr>
        <w:t>A command-line tool for generating and inspecting Android signing keys, without leaving your terminal.</w:t>
      </w:r>
    </w:p>
    <w:p>
      <w:pPr>
        <w:spacing w:after="280"/>
      </w:pPr>
      <w:r>
        <w:rPr>
          <w:rFonts w:ascii="Calibri" w:hAnsi="Calibri"/>
          <w:color w:val="666666"/>
          <w:sz w:val="19"/>
        </w:rPr>
        <w:t>Version 1.1.1   ·   License: MIT   ·   Platforms: Android, iOS, Linux, macOS, Windows</w:t>
      </w:r>
    </w:p>
    <w:p>
      <w:pPr>
        <w:spacing w:after="80"/>
        <w:pBdr>
          <w:bottom w:val="single" w:sz="6" w:space="4" w:color="0A0A0A"/>
        </w:pBdr>
      </w:pP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Overview</w:t>
      </w:r>
    </w:p>
    <w:p>
      <w:pPr>
        <w:spacing w:after="240"/>
      </w:pPr>
      <w:r>
        <w:rPr>
          <w:color w:val="0A0A0A"/>
          <w:sz w:val="22"/>
        </w:rPr>
        <w:t>Generating an Android release keystore and reading its signing report means remembering keytool flags and finding the right gradlew task. generate_signin_key wraps both: it finds your Android project directory automatically, runs ./gradlew signingReport for you, and can generate a new release keystore through an interactive prompt.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Features</w:t>
      </w:r>
    </w:p>
    <w:p>
      <w:pPr>
        <w:pStyle w:val="ListBullet"/>
        <w:spacing w:after="80"/>
      </w:pPr>
      <w:r>
        <w:rPr>
          <w:color w:val="0A0A0A"/>
          <w:sz w:val="22"/>
        </w:rPr>
        <w:t>Automatic detection of the Android project directory</w:t>
      </w:r>
    </w:p>
    <w:p>
      <w:pPr>
        <w:pStyle w:val="ListBullet"/>
        <w:spacing w:after="80"/>
      </w:pPr>
      <w:r>
        <w:rPr>
          <w:color w:val="0A0A0A"/>
          <w:sz w:val="22"/>
        </w:rPr>
        <w:t>Runs the ./gradlew signingReport task and streams progress in real time</w:t>
      </w:r>
    </w:p>
    <w:p>
      <w:pPr>
        <w:pStyle w:val="ListBullet"/>
        <w:spacing w:after="80"/>
      </w:pPr>
      <w:r>
        <w:rPr>
          <w:color w:val="0A0A0A"/>
          <w:sz w:val="22"/>
        </w:rPr>
        <w:t>Interactive new release keystore generation</w:t>
      </w:r>
    </w:p>
    <w:p>
      <w:pPr>
        <w:pStyle w:val="ListBullet"/>
        <w:spacing w:after="80"/>
      </w:pPr>
      <w:r>
        <w:rPr>
          <w:color w:val="0A0A0A"/>
          <w:sz w:val="22"/>
        </w:rPr>
        <w:t>Finds keytool automatically in common install locations</w:t>
      </w:r>
    </w:p>
    <w:p>
      <w:pPr>
        <w:pStyle w:val="ListBullet"/>
        <w:spacing w:after="80"/>
      </w:pPr>
      <w:r>
        <w:rPr>
          <w:color w:val="0A0A0A"/>
          <w:sz w:val="22"/>
        </w:rPr>
        <w:t>Outputs to the terminal or exports to a file</w:t>
      </w:r>
    </w:p>
    <w:p>
      <w:pPr>
        <w:pStyle w:val="ListBullet"/>
        <w:spacing w:after="80"/>
      </w:pPr>
      <w:r>
        <w:rPr>
          <w:color w:val="0A0A0A"/>
          <w:sz w:val="22"/>
        </w:rPr>
        <w:t>Optional clean build before generating keys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Installation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PUBSPEC.YAML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dev_dependencies:</w:t>
        <w:br/>
      </w:r>
      <w:r>
        <w:rPr>
          <w:rFonts w:ascii="Consolas" w:hAnsi="Consolas"/>
          <w:color w:val="0A0A0A"/>
          <w:sz w:val="19"/>
        </w:rPr>
        <w:t xml:space="preserve">  generate_signin_key: ^1.1.1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GLOBAL INSTALL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dart pub global activate generate_signin_key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Usage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TERMINAL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dart run generate_signin_key</w:t>
        <w:br/>
      </w:r>
      <w:r>
        <w:rPr>
          <w:rFonts w:ascii="Consolas" w:hAnsi="Consolas"/>
          <w:color w:val="0A0A0A"/>
          <w:sz w:val="19"/>
        </w:rPr>
        <w:t>dart run generate_signin_key --new        # generate a new release keystore</w:t>
        <w:br/>
      </w:r>
      <w:r>
        <w:rPr>
          <w:rFonts w:ascii="Consolas" w:hAnsi="Consolas"/>
          <w:color w:val="0A0A0A"/>
          <w:sz w:val="19"/>
        </w:rPr>
        <w:t>dart run generate_signin_key --keyexport  # export credentials</w:t>
        <w:br/>
      </w:r>
      <w:r>
        <w:rPr>
          <w:rFonts w:ascii="Consolas" w:hAnsi="Consolas"/>
          <w:color w:val="0A0A0A"/>
          <w:sz w:val="19"/>
        </w:rPr>
        <w:t>dart run generate_signin_key --run        # display the signing report</w:t>
        <w:br/>
      </w:r>
      <w:r>
        <w:rPr>
          <w:rFonts w:ascii="Consolas" w:hAnsi="Consolas"/>
          <w:color w:val="0A0A0A"/>
          <w:sz w:val="19"/>
        </w:rPr>
        <w:t>dart run generate_signin_key --output     # save the report to a file</w:t>
        <w:br/>
      </w:r>
      <w:r>
        <w:rPr>
          <w:rFonts w:ascii="Consolas" w:hAnsi="Consolas"/>
          <w:color w:val="0A0A0A"/>
          <w:sz w:val="19"/>
        </w:rPr>
        <w:t>dart run generate_signin_key --clean      # run gradlew clean first</w:t>
      </w:r>
    </w:p>
    <w:p>
      <w:pPr>
        <w:spacing w:after="200"/>
      </w:pPr>
      <w:r>
        <w:rPr>
          <w:b/>
          <w:color w:val="0A0A0A"/>
          <w:sz w:val="21"/>
        </w:rPr>
        <w:t xml:space="preserve">Note: </w:t>
      </w:r>
      <w:r>
        <w:rPr>
          <w:i/>
          <w:color w:val="666666"/>
          <w:sz w:val="21"/>
        </w:rPr>
        <w:t>Security: never commit your keystore file (.jks), key.properties, or exported credential files to GitHub or any public repository.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Links</w:t>
      </w:r>
    </w:p>
    <w:p>
      <w:pPr>
        <w:spacing w:after="80"/>
      </w:pPr>
      <w:r>
        <w:rPr>
          <w:sz w:val="21"/>
        </w:rPr>
        <w:t xml:space="preserve">pub.dev:  </w:t>
      </w:r>
      <w:hyperlink r:id="rId9">
        <w:r>
          <w:rPr>
            <w:rFonts w:ascii="Calibri"/>
            <w:color w:val="0A0A0A"/>
            <w:u w:val="single"/>
          </w:rPr>
          <w:t>pub.dev/packages/generate_signin_key</w:t>
        </w:r>
      </w:hyperlink>
    </w:p>
    <w:p>
      <w:pPr>
        <w:spacing w:after="80"/>
      </w:pPr>
      <w:r>
        <w:rPr>
          <w:sz w:val="21"/>
        </w:rPr>
        <w:t xml:space="preserve">Source:  </w:t>
      </w:r>
      <w:hyperlink r:id="rId10">
        <w:r>
          <w:rPr>
            <w:rFonts w:ascii="Calibri"/>
            <w:color w:val="0A0A0A"/>
            <w:u w:val="single"/>
          </w:rPr>
          <w:t>github.com/bluedev-in/generate_signin_key</w:t>
        </w:r>
      </w:hyperlink>
    </w:p>
    <w:p>
      <w:pPr>
        <w:spacing w:after="80"/>
      </w:pPr>
      <w:r>
        <w:rPr>
          <w:sz w:val="21"/>
        </w:rPr>
        <w:t xml:space="preserve">Full write-up:  </w:t>
      </w:r>
      <w:hyperlink r:id="rId11">
        <w:r>
          <w:rPr>
            <w:rFonts w:ascii="Calibri"/>
            <w:color w:val="0A0A0A"/>
            <w:u w:val="single"/>
          </w:rPr>
          <w:t>bluedev.in/flutter/packages/generate-signin-key.html</w:t>
        </w:r>
      </w:hyperlink>
    </w:p>
    <w:p>
      <w:pPr>
        <w:spacing w:before="400" w:after="120"/>
        <w:pBdr>
          <w:top w:val="single" w:sz="4" w:space="4" w:color="E4E4E4"/>
        </w:pBdr>
      </w:pPr>
    </w:p>
    <w:p>
      <w:r>
        <w:rPr>
          <w:color w:val="666666"/>
          <w:sz w:val="17"/>
        </w:rPr>
        <w:t>Generated by bluedev.in · 21 August 2026 · Software, application development &amp; open source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A0A0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ub.dev/packages/generate_signin_key" TargetMode="External"/><Relationship Id="rId10" Type="http://schemas.openxmlformats.org/officeDocument/2006/relationships/hyperlink" Target="https://github.com/bluedev-in/generate_signin_key" TargetMode="External"/><Relationship Id="rId11" Type="http://schemas.openxmlformats.org/officeDocument/2006/relationships/hyperlink" Target="https://bluedev.in/flutter/packages/generate-signin-ke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Generate Signin Key — bluedev.in</dc:title>
  <dc:subject>A command-line tool for generating and inspecting Android signing keys, without leaving your terminal.</dc:subject>
  <dc:creator>bluedev.in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