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Cus Theme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A complete light/dark theming system for Flutter, with persistence built in.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1.8.2   ·   License: Apache-2.0   ·   Platforms: Android, iOS, Linux, macOS, Web,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cus_theme is the theming layer we reach for on client projects: pre-configured light and dark themes, a consistent typography and spacing scale, and dynamic theme switching that remembers the user's choice between sessions, all accessed through simple context extensions.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Pre-configured light and dark themes with custom color scheme presets</w:t>
      </w:r>
    </w:p>
    <w:p>
      <w:pPr>
        <w:pStyle w:val="ListBullet"/>
        <w:spacing w:after="80"/>
      </w:pPr>
      <w:r>
        <w:rPr>
          <w:color w:val="0A0A0A"/>
          <w:sz w:val="22"/>
        </w:rPr>
        <w:t>A typography system with consistent text styles</w:t>
      </w:r>
    </w:p>
    <w:p>
      <w:pPr>
        <w:pStyle w:val="ListBullet"/>
        <w:spacing w:after="80"/>
      </w:pPr>
      <w:r>
        <w:rPr>
          <w:color w:val="0A0A0A"/>
          <w:sz w:val="22"/>
        </w:rPr>
        <w:t>Spacing, sizing and animation constants</w:t>
      </w:r>
    </w:p>
    <w:p>
      <w:pPr>
        <w:pStyle w:val="ListBullet"/>
        <w:spacing w:after="80"/>
      </w:pPr>
      <w:r>
        <w:rPr>
          <w:color w:val="0A0A0A"/>
          <w:sz w:val="22"/>
        </w:rPr>
        <w:t>Dynamic theme switching, persisted via shared_preferences</w:t>
      </w:r>
    </w:p>
    <w:p>
      <w:pPr>
        <w:pStyle w:val="ListBullet"/>
        <w:spacing w:after="80"/>
      </w:pPr>
      <w:r>
        <w:rPr>
          <w:color w:val="0A0A0A"/>
          <w:sz w:val="22"/>
        </w:rPr>
        <w:t>Theme extensions and context helpers for type-safe theme access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cus_theme: ^1.8.2</w:t>
        <w:br/>
      </w:r>
      <w:r>
        <w:rPr>
          <w:rFonts w:ascii="Consolas" w:hAnsi="Consolas"/>
          <w:color w:val="0A0A0A"/>
          <w:sz w:val="19"/>
        </w:rPr>
        <w:t xml:space="preserve">  provider: ^6.1.5</w:t>
        <w:br/>
      </w:r>
      <w:r>
        <w:rPr>
          <w:rFonts w:ascii="Consolas" w:hAnsi="Consolas"/>
          <w:color w:val="0A0A0A"/>
          <w:sz w:val="19"/>
        </w:rPr>
        <w:t xml:space="preserve">  shared_preferences: ^2.5.3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OR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flutter pub add cus_theme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BASIC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import 'package:cus_theme/cus_theme.dart';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final appTheme = AppTheme();</w:t>
        <w:br/>
      </w:r>
      <w:r>
        <w:rPr>
          <w:rFonts w:ascii="Consolas" w:hAnsi="Consolas"/>
          <w:color w:val="0A0A0A"/>
          <w:sz w:val="19"/>
        </w:rPr>
        <w:t>// MaterialApp(theme: appTheme.themeData, ...)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DYNAMIC SWITCHING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return wrapWithThemeProvider(</w:t>
        <w:br/>
      </w:r>
      <w:r>
        <w:rPr>
          <w:rFonts w:ascii="Consolas" w:hAnsi="Consolas"/>
          <w:color w:val="0A0A0A"/>
          <w:sz w:val="19"/>
        </w:rPr>
        <w:t xml:space="preserve">  initialDarkMode: false,</w:t>
        <w:br/>
      </w:r>
      <w:r>
        <w:rPr>
          <w:rFonts w:ascii="Consolas" w:hAnsi="Consolas"/>
          <w:color w:val="0A0A0A"/>
          <w:sz w:val="19"/>
        </w:rPr>
        <w:t xml:space="preserve">  child: Consumer&lt;ThemeProvider&gt;(</w:t>
        <w:br/>
      </w:r>
      <w:r>
        <w:rPr>
          <w:rFonts w:ascii="Consolas" w:hAnsi="Consolas"/>
          <w:color w:val="0A0A0A"/>
          <w:sz w:val="19"/>
        </w:rPr>
        <w:t xml:space="preserve">    builder: (context, themeProvider, _) {</w:t>
        <w:br/>
      </w:r>
      <w:r>
        <w:rPr>
          <w:rFonts w:ascii="Consolas" w:hAnsi="Consolas"/>
          <w:color w:val="0A0A0A"/>
          <w:sz w:val="19"/>
        </w:rPr>
        <w:t xml:space="preserve">      return MaterialApp(theme: themeProvider.themeData);</w:t>
        <w:br/>
      </w:r>
      <w:r>
        <w:rPr>
          <w:rFonts w:ascii="Consolas" w:hAnsi="Consolas"/>
          <w:color w:val="0A0A0A"/>
          <w:sz w:val="19"/>
        </w:rPr>
        <w:t xml:space="preserve">    },</w:t>
        <w:br/>
      </w:r>
      <w:r>
        <w:rPr>
          <w:rFonts w:ascii="Consolas" w:hAnsi="Consolas"/>
          <w:color w:val="0A0A0A"/>
          <w:sz w:val="19"/>
        </w:rPr>
        <w:t xml:space="preserve">  ),</w:t>
        <w:br/>
      </w:r>
      <w:r>
        <w:rPr>
          <w:rFonts w:ascii="Consolas" w:hAnsi="Consolas"/>
          <w:color w:val="0A0A0A"/>
          <w:sz w:val="19"/>
        </w:rPr>
        <w:t>);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// Toggle with context.toggleTheme()</w:t>
        <w:br/>
      </w:r>
      <w:r>
        <w:rPr>
          <w:rFonts w:ascii="Consolas" w:hAnsi="Consolas"/>
          <w:color w:val="0A0A0A"/>
          <w:sz w:val="19"/>
        </w:rPr>
        <w:t>// Read with context.isDarkMode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pub.dev/packages/cus_theme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github.com/bluedev-in/cus_theme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bluedev.in/flutter/packages/cus-theme.html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cus_theme" TargetMode="External"/><Relationship Id="rId10" Type="http://schemas.openxmlformats.org/officeDocument/2006/relationships/hyperlink" Target="https://github.com/bluedev-in/cus_theme" TargetMode="External"/><Relationship Id="rId11" Type="http://schemas.openxmlformats.org/officeDocument/2006/relationships/hyperlink" Target="https://bluedev.in/flutter/packages/cus-the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 Theme — bluedev.in</dc:title>
  <dc:subject>A complete light/dark theming system for Flutter, with persistence built in.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