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 w:val="0"/>
          <w:i w:val="0"/>
          <w:color w:val="666666"/>
          <w:sz w:val="18"/>
        </w:rPr>
        <w:t>FLUTTER PACKAGE · BLUEDEV.IN</w:t>
      </w:r>
    </w:p>
    <w:p>
      <w:pPr>
        <w:spacing w:after="120"/>
      </w:pPr>
      <w:r>
        <w:rPr>
          <w:rFonts w:ascii="Calibri" w:hAnsi="Calibri"/>
          <w:b/>
          <w:color w:val="0A0A0A"/>
          <w:sz w:val="52"/>
        </w:rPr>
        <w:t>Change Package Name</w:t>
      </w:r>
    </w:p>
    <w:p>
      <w:pPr>
        <w:spacing w:before="0" w:after="200"/>
      </w:pPr>
      <w:r>
        <w:rPr>
          <w:rFonts w:ascii="Calibri" w:hAnsi="Calibri"/>
          <w:b/>
          <w:i/>
          <w:color w:val="666666"/>
          <w:sz w:val="25"/>
        </w:rPr>
        <w:t>Rename your Flutter app's package identifier across every platform, with one command.</w:t>
      </w:r>
    </w:p>
    <w:p>
      <w:pPr>
        <w:spacing w:after="280"/>
      </w:pPr>
      <w:r>
        <w:rPr>
          <w:rFonts w:ascii="Calibri" w:hAnsi="Calibri"/>
          <w:color w:val="666666"/>
          <w:sz w:val="19"/>
        </w:rPr>
        <w:t>Version 1.1.1   ·   License: MIT   ·   Platforms: Android, iOS, Linux, macOS, Windows</w:t>
      </w:r>
    </w:p>
    <w:p>
      <w:pPr>
        <w:spacing w:after="80"/>
        <w:pBdr>
          <w:bottom w:val="single" w:sz="6" w:space="4" w:color="0A0A0A"/>
        </w:pBdr>
      </w:pP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Overview</w:t>
      </w:r>
    </w:p>
    <w:p>
      <w:pPr>
        <w:spacing w:after="240"/>
      </w:pPr>
      <w:r>
        <w:rPr>
          <w:color w:val="0A0A0A"/>
          <w:sz w:val="22"/>
        </w:rPr>
        <w:t>Renaming a Flutter app's package or bundle identifier after the fact usually means hand-editing AndroidManifest.xml, build.gradle, MainActivity and Info.plist, then moving files to match. change_package_name does all of it from the command line, for Android and iOS together or one at a time.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Features</w:t>
      </w:r>
    </w:p>
    <w:p>
      <w:pPr>
        <w:pStyle w:val="ListBullet"/>
        <w:spacing w:after="80"/>
      </w:pPr>
      <w:r>
        <w:rPr>
          <w:color w:val="0A0A0A"/>
          <w:sz w:val="22"/>
        </w:rPr>
        <w:t>Updates AndroidManifest.xml across release, debug and profile variants</w:t>
      </w:r>
    </w:p>
    <w:p>
      <w:pPr>
        <w:pStyle w:val="ListBullet"/>
        <w:spacing w:after="80"/>
      </w:pPr>
      <w:r>
        <w:rPr>
          <w:color w:val="0A0A0A"/>
          <w:sz w:val="22"/>
        </w:rPr>
        <w:t>Updates build.gradle with the new applicationId</w:t>
      </w:r>
    </w:p>
    <w:p>
      <w:pPr>
        <w:pStyle w:val="ListBullet"/>
        <w:spacing w:after="80"/>
      </w:pPr>
      <w:r>
        <w:rPr>
          <w:color w:val="0A0A0A"/>
          <w:sz w:val="22"/>
        </w:rPr>
        <w:t>Rewrites MainActivity for both Java and Kotlin projects</w:t>
      </w:r>
    </w:p>
    <w:p>
      <w:pPr>
        <w:pStyle w:val="ListBullet"/>
        <w:spacing w:after="80"/>
      </w:pPr>
      <w:r>
        <w:rPr>
          <w:color w:val="0A0A0A"/>
          <w:sz w:val="22"/>
        </w:rPr>
        <w:t>Moves MainActivity into the new package directory structure and removes the old one</w:t>
      </w:r>
    </w:p>
    <w:p>
      <w:pPr>
        <w:pStyle w:val="ListBullet"/>
        <w:spacing w:after="80"/>
      </w:pPr>
      <w:r>
        <w:rPr>
          <w:color w:val="0A0A0A"/>
          <w:sz w:val="22"/>
        </w:rPr>
        <w:t>Updates the iOS Product Bundle Identifier</w:t>
      </w:r>
    </w:p>
    <w:p>
      <w:pPr>
        <w:pStyle w:val="ListBullet"/>
        <w:spacing w:after="80"/>
      </w:pPr>
      <w:r>
        <w:rPr>
          <w:color w:val="0A0A0A"/>
          <w:sz w:val="22"/>
        </w:rPr>
        <w:t>Target Android only, iOS only, or both in a single run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Installation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PUBSPEC.YAML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dev_dependencies:</w:t>
        <w:br/>
      </w:r>
      <w:r>
        <w:rPr>
          <w:rFonts w:ascii="Consolas" w:hAnsi="Consolas"/>
          <w:color w:val="0A0A0A"/>
          <w:sz w:val="19"/>
        </w:rPr>
        <w:t xml:space="preserve">  change_package_name: ^1.1.1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OR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flutter pub add -d change_package_name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Usage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TERMINAL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dart run change_package_name:main com.new.package.name</w:t>
        <w:br/>
      </w:r>
      <w:r>
        <w:rPr>
          <w:rFonts w:ascii="Consolas" w:hAnsi="Consolas"/>
          <w:color w:val="0A0A0A"/>
          <w:sz w:val="19"/>
        </w:rPr>
        <w:t>dart run change_package_name:main com.new.package.name --android</w:t>
        <w:br/>
      </w:r>
      <w:r>
        <w:rPr>
          <w:rFonts w:ascii="Consolas" w:hAnsi="Consolas"/>
          <w:color w:val="0A0A0A"/>
          <w:sz w:val="19"/>
        </w:rPr>
        <w:t>dart run change_package_name:main com.new.package.name --ios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Links</w:t>
      </w:r>
    </w:p>
    <w:p>
      <w:pPr>
        <w:spacing w:after="80"/>
      </w:pPr>
      <w:r>
        <w:rPr>
          <w:sz w:val="21"/>
        </w:rPr>
        <w:t xml:space="preserve">pub.dev:  </w:t>
      </w:r>
      <w:hyperlink r:id="rId9">
        <w:r>
          <w:rPr>
            <w:rFonts w:ascii="Calibri"/>
            <w:color w:val="0A0A0A"/>
            <w:u w:val="single"/>
          </w:rPr>
          <w:t>pub.dev/packages/change_package_name</w:t>
        </w:r>
      </w:hyperlink>
    </w:p>
    <w:p>
      <w:pPr>
        <w:spacing w:after="80"/>
      </w:pPr>
      <w:r>
        <w:rPr>
          <w:sz w:val="21"/>
        </w:rPr>
        <w:t xml:space="preserve">Source:  </w:t>
      </w:r>
      <w:hyperlink r:id="rId10">
        <w:r>
          <w:rPr>
            <w:rFonts w:ascii="Calibri"/>
            <w:color w:val="0A0A0A"/>
            <w:u w:val="single"/>
          </w:rPr>
          <w:t>github.com/bluedev-in/change_package_name</w:t>
        </w:r>
      </w:hyperlink>
    </w:p>
    <w:p>
      <w:pPr>
        <w:spacing w:after="80"/>
      </w:pPr>
      <w:r>
        <w:rPr>
          <w:sz w:val="21"/>
        </w:rPr>
        <w:t xml:space="preserve">Full write-up:  </w:t>
      </w:r>
      <w:hyperlink r:id="rId11">
        <w:r>
          <w:rPr>
            <w:rFonts w:ascii="Calibri"/>
            <w:color w:val="0A0A0A"/>
            <w:u w:val="single"/>
          </w:rPr>
          <w:t>bluedev.in/flutter/packages/change-package-name.html</w:t>
        </w:r>
      </w:hyperlink>
    </w:p>
    <w:p>
      <w:pPr>
        <w:spacing w:before="400" w:after="120"/>
        <w:pBdr>
          <w:top w:val="single" w:sz="4" w:space="4" w:color="E4E4E4"/>
        </w:pBdr>
      </w:pPr>
    </w:p>
    <w:p>
      <w:r>
        <w:rPr>
          <w:color w:val="666666"/>
          <w:sz w:val="17"/>
        </w:rPr>
        <w:t>Generated by bluedev.in · 21 August 2026 · Software, application development &amp; open source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A0A0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ub.dev/packages/change_package_name" TargetMode="External"/><Relationship Id="rId10" Type="http://schemas.openxmlformats.org/officeDocument/2006/relationships/hyperlink" Target="https://github.com/bluedev-in/change_package_name" TargetMode="External"/><Relationship Id="rId11" Type="http://schemas.openxmlformats.org/officeDocument/2006/relationships/hyperlink" Target="https://bluedev.in/flutter/packages/change-package-na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Package Name — bluedev.in</dc:title>
  <dc:subject>Rename your Flutter app's package identifier across every platform, with one command.</dc:subject>
  <dc:creator>bluedev.in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