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 w:val="0"/>
          <w:i w:val="0"/>
          <w:color w:val="666666"/>
          <w:sz w:val="18"/>
        </w:rPr>
        <w:t>FLUTTER PACKAGE · BLUEDEV.IN</w:t>
      </w:r>
    </w:p>
    <w:p>
      <w:pPr>
        <w:spacing w:after="120"/>
      </w:pPr>
      <w:r>
        <w:rPr>
          <w:rFonts w:ascii="Calibri" w:hAnsi="Calibri"/>
          <w:b/>
          <w:color w:val="0A0A0A"/>
          <w:sz w:val="52"/>
        </w:rPr>
        <w:t>Bugs</w:t>
      </w:r>
    </w:p>
    <w:p>
      <w:pPr>
        <w:spacing w:before="0" w:after="200"/>
      </w:pPr>
      <w:r>
        <w:rPr>
          <w:rFonts w:ascii="Calibri" w:hAnsi="Calibri"/>
          <w:b/>
          <w:i/>
          <w:color w:val="666666"/>
          <w:sz w:val="25"/>
        </w:rPr>
        <w:t>Logging, global error handling and in-app bug reporting for Flutter, with the UI included.</w:t>
      </w:r>
    </w:p>
    <w:p>
      <w:pPr>
        <w:spacing w:after="280"/>
      </w:pPr>
      <w:r>
        <w:rPr>
          <w:rFonts w:ascii="Calibri" w:hAnsi="Calibri"/>
          <w:color w:val="666666"/>
          <w:sz w:val="19"/>
        </w:rPr>
        <w:t>Version 1.0.0   ·   License: MIT   ·   Platforms: Android, iOS, Linux, macOS, Windows</w:t>
      </w:r>
    </w:p>
    <w:p>
      <w:pPr>
        <w:spacing w:after="80"/>
        <w:pBdr>
          <w:bottom w:val="single" w:sz="6" w:space="4" w:color="0A0A0A"/>
        </w:pBdr>
      </w:pP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Overview</w:t>
      </w:r>
    </w:p>
    <w:p>
      <w:pPr>
        <w:spacing w:after="240"/>
      </w:pPr>
      <w:r>
        <w:rPr>
          <w:color w:val="0A0A0A"/>
          <w:sz w:val="22"/>
        </w:rPr>
        <w:t>bugs covers three things most apps end up wiring together separately: structured logging, global error capture, and a way for users to actually send a bug report. It ships with ready-made UI too, a BugReportForm and a BugReportList, so there's a working reporting flow from the first import.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Features</w:t>
      </w:r>
    </w:p>
    <w:p>
      <w:pPr>
        <w:pStyle w:val="ListBullet"/>
        <w:spacing w:after="80"/>
      </w:pPr>
      <w:r>
        <w:rPr>
          <w:color w:val="0A0A0A"/>
          <w:sz w:val="22"/>
        </w:rPr>
        <w:t>Multiple log levels (Debug, Info, Warning, Error, Fatal) with file and console output</w:t>
      </w:r>
    </w:p>
    <w:p>
      <w:pPr>
        <w:pStyle w:val="ListBullet"/>
        <w:spacing w:after="80"/>
      </w:pPr>
      <w:r>
        <w:rPr>
          <w:color w:val="0A0A0A"/>
          <w:sz w:val="22"/>
        </w:rPr>
        <w:t>Bug report creation with automatic device and app info collection, plus attachments</w:t>
      </w:r>
    </w:p>
    <w:p>
      <w:pPr>
        <w:pStyle w:val="ListBullet"/>
        <w:spacing w:after="80"/>
      </w:pPr>
      <w:r>
        <w:rPr>
          <w:color w:val="0A0A0A"/>
          <w:sz w:val="22"/>
        </w:rPr>
        <w:t>Global Flutter and platform error capture using zone-based management</w:t>
      </w:r>
    </w:p>
    <w:p>
      <w:pPr>
        <w:pStyle w:val="ListBullet"/>
        <w:spacing w:after="80"/>
      </w:pPr>
      <w:r>
        <w:rPr>
          <w:color w:val="0A0A0A"/>
          <w:sz w:val="22"/>
        </w:rPr>
        <w:t>Pre-built BugReportForm and BugReportList widgets</w:t>
      </w:r>
    </w:p>
    <w:p>
      <w:pPr>
        <w:pStyle w:val="ListBullet"/>
        <w:spacing w:after="80"/>
      </w:pPr>
      <w:r>
        <w:rPr>
          <w:color w:val="0A0A0A"/>
          <w:sz w:val="22"/>
        </w:rPr>
        <w:t>Share reports and logs through the system share dialog, in multiple export formats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Installation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PUBSPEC.YAML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dependencies:</w:t>
        <w:br/>
      </w:r>
      <w:r>
        <w:rPr>
          <w:rFonts w:ascii="Consolas" w:hAnsi="Consolas"/>
          <w:color w:val="0A0A0A"/>
          <w:sz w:val="19"/>
        </w:rPr>
        <w:t xml:space="preserve">  bugs: ^1.0.0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Usage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MAIN()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await BugReportSystem.initialize(</w:t>
        <w:br/>
      </w:r>
      <w:r>
        <w:rPr>
          <w:rFonts w:ascii="Consolas" w:hAnsi="Consolas"/>
          <w:color w:val="0A0A0A"/>
          <w:sz w:val="19"/>
        </w:rPr>
        <w:t xml:space="preserve">  enableGlobalErrorHandling: true,</w:t>
        <w:br/>
      </w:r>
      <w:r>
        <w:rPr>
          <w:rFonts w:ascii="Consolas" w:hAnsi="Consolas"/>
          <w:color w:val="0A0A0A"/>
          <w:sz w:val="19"/>
        </w:rPr>
        <w:t>);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LOGGING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BugReportSystem.debug('Debug message');</w:t>
        <w:br/>
      </w:r>
      <w:r>
        <w:rPr>
          <w:rFonts w:ascii="Consolas" w:hAnsi="Consolas"/>
          <w:color w:val="0A0A0A"/>
          <w:sz w:val="19"/>
        </w:rPr>
        <w:t>BugReportSystem.info('User logged in', metadata: {'userId': 123});</w:t>
      </w:r>
    </w:p>
    <w:p>
      <w:pPr>
        <w:spacing w:after="40"/>
      </w:pPr>
      <w:r>
        <w:rPr>
          <w:rFonts w:ascii="Consolas" w:hAnsi="Consolas"/>
          <w:b/>
          <w:color w:val="666666"/>
          <w:sz w:val="16"/>
        </w:rPr>
        <w:t>ERROR REPORTING</w:t>
      </w:r>
    </w:p>
    <w:p>
      <w:pPr>
        <w:shd w:val="clear" w:color="auto" w:fill="F5F5F5"/>
        <w:pBdr>
          <w:top w:val="single" w:sz="4" w:space="4" w:color="B8B8B8"/>
          <w:left w:val="single" w:sz="4" w:space="4" w:color="B8B8B8"/>
          <w:bottom w:val="single" w:sz="4" w:space="4" w:color="B8B8B8"/>
          <w:right w:val="single" w:sz="4" w:space="4" w:color="B8B8B8"/>
        </w:pBdr>
        <w:spacing w:before="40" w:after="280"/>
        <w:ind w:left="144" w:right="144"/>
      </w:pPr>
      <w:r>
        <w:rPr>
          <w:rFonts w:ascii="Consolas" w:hAnsi="Consolas"/>
          <w:color w:val="0A0A0A"/>
          <w:sz w:val="19"/>
        </w:rPr>
        <w:t>BugReportSystem.reportError(e, stackTrace: stackTrace);</w:t>
      </w:r>
    </w:p>
    <w:p>
      <w:pPr>
        <w:spacing w:after="200"/>
      </w:pPr>
      <w:r>
        <w:rPr>
          <w:b/>
          <w:color w:val="0A0A0A"/>
          <w:sz w:val="21"/>
        </w:rPr>
        <w:t xml:space="preserve">Note: </w:t>
      </w:r>
      <w:r>
        <w:rPr>
          <w:i/>
          <w:color w:val="666666"/>
          <w:sz w:val="21"/>
        </w:rPr>
        <w:t>Built on connectivity_plus, device_info_plus, intl, package_info_plus, path_provider and share_plus.</w:t>
      </w:r>
    </w:p>
    <w:p>
      <w:pPr>
        <w:spacing w:before="320" w:after="120"/>
      </w:pPr>
      <w:r>
        <w:rPr>
          <w:rFonts w:ascii="Calibri" w:hAnsi="Calibri"/>
          <w:b/>
          <w:i w:val="0"/>
          <w:color w:val="0A0A0A"/>
          <w:sz w:val="28"/>
        </w:rPr>
        <w:t>Links</w:t>
      </w:r>
    </w:p>
    <w:p>
      <w:pPr>
        <w:spacing w:after="80"/>
      </w:pPr>
      <w:r>
        <w:rPr>
          <w:sz w:val="21"/>
        </w:rPr>
        <w:t xml:space="preserve">pub.dev:  </w:t>
      </w:r>
      <w:hyperlink r:id="rId9">
        <w:r>
          <w:rPr>
            <w:rFonts w:ascii="Calibri"/>
            <w:color w:val="0A0A0A"/>
            <w:u w:val="single"/>
          </w:rPr>
          <w:t>pub.dev/packages/bugs</w:t>
        </w:r>
      </w:hyperlink>
    </w:p>
    <w:p>
      <w:pPr>
        <w:spacing w:after="80"/>
      </w:pPr>
      <w:r>
        <w:rPr>
          <w:sz w:val="21"/>
        </w:rPr>
        <w:t xml:space="preserve">Source:  </w:t>
      </w:r>
      <w:hyperlink r:id="rId10">
        <w:r>
          <w:rPr>
            <w:rFonts w:ascii="Calibri"/>
            <w:color w:val="0A0A0A"/>
            <w:u w:val="single"/>
          </w:rPr>
          <w:t>github.com/KANAGARAJ-M/bugs</w:t>
        </w:r>
      </w:hyperlink>
    </w:p>
    <w:p>
      <w:pPr>
        <w:spacing w:after="80"/>
      </w:pPr>
      <w:r>
        <w:rPr>
          <w:sz w:val="21"/>
        </w:rPr>
        <w:t xml:space="preserve">Full write-up:  </w:t>
      </w:r>
      <w:hyperlink r:id="rId11">
        <w:r>
          <w:rPr>
            <w:rFonts w:ascii="Calibri"/>
            <w:color w:val="0A0A0A"/>
            <w:u w:val="single"/>
          </w:rPr>
          <w:t>bluedev.in/flutter/packages/bugs.html</w:t>
        </w:r>
      </w:hyperlink>
    </w:p>
    <w:p>
      <w:pPr>
        <w:spacing w:before="400" w:after="120"/>
        <w:pBdr>
          <w:top w:val="single" w:sz="4" w:space="4" w:color="E4E4E4"/>
        </w:pBdr>
      </w:pPr>
    </w:p>
    <w:p>
      <w:r>
        <w:rPr>
          <w:color w:val="666666"/>
          <w:sz w:val="17"/>
        </w:rPr>
        <w:t>Generated by bluedev.in · 21 August 2026 · Software, application development &amp; open source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A0A0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ub.dev/packages/bugs" TargetMode="External"/><Relationship Id="rId10" Type="http://schemas.openxmlformats.org/officeDocument/2006/relationships/hyperlink" Target="https://github.com/KANAGARAJ-M/bugs" TargetMode="External"/><Relationship Id="rId11" Type="http://schemas.openxmlformats.org/officeDocument/2006/relationships/hyperlink" Target="https://bluedev.in/flutter/packages/bu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Bugs — bluedev.in</dc:title>
  <dc:subject>Logging, global error handling and in-app bug reporting for Flutter, with the UI included.</dc:subject>
  <dc:creator>bluedev.in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