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Auto Form Builder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Configuration-driven forms for Flutter: wizards, conditional fields and validation, without the boilerplate.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1.0.1   ·   License: Apache-2.0   ·   Platforms: Android, iOS, Linux, macOS, Web,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Most Flutter forms end up as a wall of repeated TextFormField and validator boilerplate. auto_form_builder lets you describe a form as configuration instead: fields, validation, conditional visibility, computed values, input masks and draft saving, then renders it from a single AutoForm widget.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Multi-step form wizards</w:t>
      </w:r>
    </w:p>
    <w:p>
      <w:pPr>
        <w:pStyle w:val="ListBullet"/>
        <w:spacing w:after="80"/>
      </w:pPr>
      <w:r>
        <w:rPr>
          <w:color w:val="0A0A0A"/>
          <w:sz w:val="22"/>
        </w:rPr>
        <w:t>Conditional field visibility based on other answers</w:t>
      </w:r>
    </w:p>
    <w:p>
      <w:pPr>
        <w:pStyle w:val="ListBullet"/>
        <w:spacing w:after="80"/>
      </w:pPr>
      <w:r>
        <w:rPr>
          <w:color w:val="0A0A0A"/>
          <w:sz w:val="22"/>
        </w:rPr>
        <w:t>Computed fields derived from other field values</w:t>
      </w:r>
    </w:p>
    <w:p>
      <w:pPr>
        <w:pStyle w:val="ListBullet"/>
        <w:spacing w:after="80"/>
      </w:pPr>
      <w:r>
        <w:rPr>
          <w:color w:val="0A0A0A"/>
          <w:sz w:val="22"/>
        </w:rPr>
        <w:t>Input masking and built-in validation</w:t>
      </w:r>
    </w:p>
    <w:p>
      <w:pPr>
        <w:pStyle w:val="ListBullet"/>
        <w:spacing w:after="80"/>
      </w:pPr>
      <w:r>
        <w:rPr>
          <w:color w:val="0A0A0A"/>
          <w:sz w:val="22"/>
        </w:rPr>
        <w:t>Persistent draft saving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auto_form_builder: ^1.0.1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DART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import 'package:auto_form_builder/auto_form_builder.dart';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final config = FormConfig(</w:t>
        <w:br/>
      </w:r>
      <w:r>
        <w:rPr>
          <w:rFonts w:ascii="Consolas" w:hAnsi="Consolas"/>
          <w:color w:val="0A0A0A"/>
          <w:sz w:val="19"/>
        </w:rPr>
        <w:t xml:space="preserve">  fields: [</w:t>
        <w:br/>
      </w:r>
      <w:r>
        <w:rPr>
          <w:rFonts w:ascii="Consolas" w:hAnsi="Consolas"/>
          <w:color w:val="0A0A0A"/>
          <w:sz w:val="19"/>
        </w:rPr>
        <w:t xml:space="preserve">    FormFieldConfig(</w:t>
        <w:br/>
      </w:r>
      <w:r>
        <w:rPr>
          <w:rFonts w:ascii="Consolas" w:hAnsi="Consolas"/>
          <w:color w:val="0A0A0A"/>
          <w:sz w:val="19"/>
        </w:rPr>
        <w:t xml:space="preserve">      name: 'email',</w:t>
        <w:br/>
      </w:r>
      <w:r>
        <w:rPr>
          <w:rFonts w:ascii="Consolas" w:hAnsi="Consolas"/>
          <w:color w:val="0A0A0A"/>
          <w:sz w:val="19"/>
        </w:rPr>
        <w:t xml:space="preserve">      type: FormFieldType.text,</w:t>
        <w:br/>
      </w:r>
      <w:r>
        <w:rPr>
          <w:rFonts w:ascii="Consolas" w:hAnsi="Consolas"/>
          <w:color w:val="0A0A0A"/>
          <w:sz w:val="19"/>
        </w:rPr>
        <w:t xml:space="preserve">      label: 'Email Address',</w:t>
        <w:br/>
      </w:r>
      <w:r>
        <w:rPr>
          <w:rFonts w:ascii="Consolas" w:hAnsi="Consolas"/>
          <w:color w:val="0A0A0A"/>
          <w:sz w:val="19"/>
        </w:rPr>
        <w:t xml:space="preserve">      validators: [</w:t>
        <w:br/>
      </w:r>
      <w:r>
        <w:rPr>
          <w:rFonts w:ascii="Consolas" w:hAnsi="Consolas"/>
          <w:color w:val="0A0A0A"/>
          <w:sz w:val="19"/>
        </w:rPr>
        <w:t xml:space="preserve">        FieldValidator(type: 'required', message: 'Email is required'),</w:t>
        <w:br/>
      </w:r>
      <w:r>
        <w:rPr>
          <w:rFonts w:ascii="Consolas" w:hAnsi="Consolas"/>
          <w:color w:val="0A0A0A"/>
          <w:sz w:val="19"/>
        </w:rPr>
        <w:t xml:space="preserve">      ],</w:t>
        <w:br/>
      </w:r>
      <w:r>
        <w:rPr>
          <w:rFonts w:ascii="Consolas" w:hAnsi="Consolas"/>
          <w:color w:val="0A0A0A"/>
          <w:sz w:val="19"/>
        </w:rPr>
        <w:t xml:space="preserve">    ),</w:t>
        <w:br/>
      </w:r>
      <w:r>
        <w:rPr>
          <w:rFonts w:ascii="Consolas" w:hAnsi="Consolas"/>
          <w:color w:val="0A0A0A"/>
          <w:sz w:val="19"/>
        </w:rPr>
        <w:t xml:space="preserve">  ],</w:t>
        <w:br/>
      </w:r>
      <w:r>
        <w:rPr>
          <w:rFonts w:ascii="Consolas" w:hAnsi="Consolas"/>
          <w:color w:val="0A0A0A"/>
          <w:sz w:val="19"/>
        </w:rPr>
        <w:t xml:space="preserve">  submitButtonText: 'Submit',</w:t>
        <w:br/>
      </w:r>
      <w:r>
        <w:rPr>
          <w:rFonts w:ascii="Consolas" w:hAnsi="Consolas"/>
          <w:color w:val="0A0A0A"/>
          <w:sz w:val="19"/>
        </w:rPr>
        <w:t>);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AutoForm(</w:t>
        <w:br/>
      </w:r>
      <w:r>
        <w:rPr>
          <w:rFonts w:ascii="Consolas" w:hAnsi="Consolas"/>
          <w:color w:val="0A0A0A"/>
          <w:sz w:val="19"/>
        </w:rPr>
        <w:t xml:space="preserve">  config: config,</w:t>
        <w:br/>
      </w:r>
      <w:r>
        <w:rPr>
          <w:rFonts w:ascii="Consolas" w:hAnsi="Consolas"/>
          <w:color w:val="0A0A0A"/>
          <w:sz w:val="19"/>
        </w:rPr>
        <w:t xml:space="preserve">  onSubmit: (data) async {</w:t>
        <w:br/>
      </w:r>
      <w:r>
        <w:rPr>
          <w:rFonts w:ascii="Consolas" w:hAnsi="Consolas"/>
          <w:color w:val="0A0A0A"/>
          <w:sz w:val="19"/>
        </w:rPr>
        <w:t xml:space="preserve">    print('Form submitted: \$data');</w:t>
        <w:br/>
      </w:r>
      <w:r>
        <w:rPr>
          <w:rFonts w:ascii="Consolas" w:hAnsi="Consolas"/>
          <w:color w:val="0A0A0A"/>
          <w:sz w:val="19"/>
        </w:rPr>
        <w:t xml:space="preserve">  },</w:t>
        <w:br/>
      </w:r>
      <w:r>
        <w:rPr>
          <w:rFonts w:ascii="Consolas" w:hAnsi="Consolas"/>
          <w:color w:val="0A0A0A"/>
          <w:sz w:val="19"/>
        </w:rPr>
        <w:t>);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pub.dev/packages/auto_form_builder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github.com/bluedev-in/auto_form_builder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bluedev.in/flutter/packages/auto-form-builder.html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auto_form_builder" TargetMode="External"/><Relationship Id="rId10" Type="http://schemas.openxmlformats.org/officeDocument/2006/relationships/hyperlink" Target="https://github.com/bluedev-in/auto_form_builder" TargetMode="External"/><Relationship Id="rId11" Type="http://schemas.openxmlformats.org/officeDocument/2006/relationships/hyperlink" Target="https://bluedev.in/flutter/packages/auto-form-build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 Form Builder — bluedev.in</dc:title>
  <dc:subject>Configuration-driven forms for Flutter: wizards, conditional fields and validation, without the boilerplate.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